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Angaben für die Holzbau-Projektanfrage</w:t>
      </w:r>
    </w:p>
    <w:p>
      <w:r>
        <w:t>Holzbau umfasst eine Vielzahl von Bauweisen und Projekten, bei denen Holz als primäres Konstruktionsmaterial eingesetzt wird. Von der Erweiterung bestehender Gebäude über den Neubau von Carports bis hin zur Gestaltung von Fassaden bietet Holzbau unterschiedliche Ansätze für private und gewerbliche Vorhaben. Dieser Leitfaden gibt einen Überblick über die grundlegenden Themen und Planungsschritte, die bei Holzbauprojekten in der Region Bielefeld relevant sind.</w:t>
      </w:r>
    </w:p>
    <w:p>
      <w:pPr>
        <w:pStyle w:val="Heading1"/>
      </w:pPr>
      <w:r>
        <w:t>Grundlagen des Holzbaus</w:t>
      </w:r>
    </w:p>
    <w:p>
      <w:r>
        <w:t>Holz ist ein vielseitiger Baustoff, der sowohl für tragende als auch für aussteifende Konstruktionen verwendet wird. Im Holzrahmenbau werden Wandelemente vorgefertigt und vor Ort montiert. Diese Bauweise eignet sich besonders für Anbauten und Aufstockungen, da die vorgefertigten Bauteile eine zügige Errichtung ermöglichen. Dachstühle und Dachkonstruktionen aus Holz bilden das Tragwerk von geneigten Dächern und können je nach Ausführung zusätzlichen Wohnraum im Dachgeschoss schaffen oder thermisch verbessert werden.</w:t>
      </w:r>
    </w:p>
    <w:p>
      <w:pPr>
        <w:pStyle w:val="Heading1"/>
      </w:pPr>
      <w:r>
        <w:t>Typische Holzbau-Projekte</w:t>
      </w:r>
    </w:p>
    <w:p>
      <w:r>
        <w:t>Zu den häufigsten Holzbau-Leistungen gehören Anbauten und Erweiterungen, die zusätzlichen Raum an ein bestehendes Gebäude anschließen. Dachgauben und Dachausbauten verändern die Nutzfläche im Dachgeschoss durch vertikale Öffnungen oder den Ausbau der bestehenden Dachfläche. Carports und Überdachungen schaffen geschützte Stellflächen oder überdachte Außenbereiche. Holzfassaden und Fachwerksanierungen betreffen die äußere Hülle eines Gebäudes und können sowohl optische als auch funktionale Verbesserungen umfassen.</w:t>
      </w:r>
    </w:p>
    <w:p>
      <w:pPr>
        <w:pStyle w:val="Heading1"/>
      </w:pPr>
      <w:r>
        <w:t>Unterschiede zwischen Baurecht und Konstruktion</w:t>
      </w:r>
    </w:p>
    <w:p>
      <w:r>
        <w:t>Bei jedem Holzbauprojekt müssen grundstücksbezogene Rahmenbedingungen und die technische Planung separat betrachtet werden. Baurechtliche Fragen wie Abstandsflächen, Baulasten und Genehmigungspflicht klären, was auf einem Grundstück grundsätzlich möglich ist. Die konstruktive Planung betrifft Anschlüsse, Tragwerk und Materialwahl. Beide Bereiche beeinflussen einander, sollten aber als eigenständige Aufgaben behandelt werden, um frühzeitig offene Punkte zu erkennen.</w:t>
      </w:r>
    </w:p>
    <w:p>
      <w:pPr>
        <w:pStyle w:val="Heading1"/>
      </w:pPr>
      <w:r>
        <w:t>Grundstücksdaten und Unterlagen sammeln</w:t>
      </w:r>
    </w:p>
    <w:p>
      <w:r>
        <w:t>Bevor ein konkretes Vorhaben geplant wird, sollten verfügbare Unterlagen zum Grundstück und Gebäude zusammengestellt werden. Dazu gehören Lagepläne, Grundrisse, Angaben zur Konstruktion und Informationen zu vorhandenen Baulasten. Falls bestimmte Angaben fehlen, sollten diese als offen gekennzeichnet werden. Eine einfache Skizze kann die Situation veranschaulichen, ersetzt jedoch keine verbindlichen Planunterlagen oder ein vermessenes Aufmaß.</w:t>
      </w:r>
    </w:p>
    <w:p>
      <w:pPr>
        <w:pStyle w:val="Heading1"/>
      </w:pPr>
      <w:r>
        <w:t>Standort und Nutzung früh klären</w:t>
      </w:r>
    </w:p>
    <w:p>
      <w:r>
        <w:t>Die konkrete Nutzung bestimmt die Anforderungen an ein Holzbauprojekt. Bei einem Carport sind Fahrzeuggröße, Rangierflächen und die Anbindung an vorhandene Wege relevant. Für eine Terrassenüberdachung spielen Türhöhen, Lichtverhältnisse und die gewünschte Sitzfläche eine Rolle. Ein Anbau oder Ausbau erfordert Aussagen zu den geplanten Räumen, Fenster- und Türöffnungen sowie Anschlüssen an das bestehende Gebäude. Die Beschreibung der vorhandenen Situation bildet die Grundlage für die weitere Planung.</w:t>
      </w:r>
    </w:p>
    <w:p>
      <w:pPr>
        <w:pStyle w:val="Heading1"/>
      </w:pPr>
      <w:r>
        <w:t>Schritte zur Projektvorbereitung</w:t>
      </w:r>
    </w:p>
    <w:p>
      <w:r>
        <w:t>Ein strukturiertes Vorgehen hilft, ein Holzbauprojekt systematisch vorzubereiten. Zunächst werden der Raumbedarf und die gewünschte Nutzung beschrieben. Dann werden verfügbare Unterlagen gesammelt und fehlende Angaben als offen markiert. Anschließend werden grundstücksbezogene Rahmenbedingungen wie Baulasten, Abstandsflächen und genehmigungsrechtliche Fragen recherchiert. Erst wenn diese Punkte bekannt sind, können konstruktive Details und konkrete Ausführungsentscheidungen getroffen werden.</w:t>
      </w:r>
    </w:p>
    <w:p>
      <w:pPr>
        <w:pStyle w:val="Heading1"/>
      </w:pPr>
      <w:r>
        <w:t>Zusammenhang zwischen Planung und Ausführung</w:t>
      </w:r>
    </w:p>
    <w:p>
      <w:r>
        <w:t>Die Qualität eines Holzbauprojekts hängt davon ab, dass Planung und Ausführung aufeinander abgestimmt sind. Anschlüsse an das bestehende Gebäude, die Feuchteführung der Konstruktion und die Wahl der Oberflächenbehandlung sollten frühzeitig berücksichtigt werden. Bei Fachwerksanierungen ist eine Bestandsaufnahme der vorhandenen Holzteile und Ausfachungen notwendig. Bei Neubauten oder Anbauten im Holzrahmenbau beeinflussen Wandaufbau, Dämmung und Bekleidung sowohl die energetische Qualität als auch das Erscheinungsbild.</w:t>
      </w:r>
    </w:p>
    <w:p>
      <w:pPr>
        <w:pStyle w:val="Heading1"/>
      </w:pPr>
      <w:r>
        <w:t>Weitere Planungsthemen</w:t>
      </w:r>
    </w:p>
    <w:p>
      <w:hyperlink r:id="rId9">
        <w:r>
          <w:rPr>
            <w:color w:val="087E75"/>
          </w:rPr>
          <w:t>Holzbau Bielefeld: Leistungen &amp; Projektanfrage | 1A Holzbau Bielefeld</w:t>
        </w:r>
      </w:hyperlink>
    </w:p>
    <w:p>
      <w:hyperlink r:id="rId10">
        <w:r>
          <w:rPr>
            <w:color w:val="087E75"/>
          </w:rPr>
          <w:t>Holzbau in Bielefeld: Überblick der Leistungsbereiche und Planungsschritte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holzbaubielefeld.online/index.html" TargetMode="External"/><Relationship Id="rId10" Type="http://schemas.openxmlformats.org/officeDocument/2006/relationships/hyperlink" Target="https://dream.1a-holzbaubielefeld.online/paket-cc35245179124ed5a31627e91641acf9/holzbau-in-bielefeld-berblick-der-leistungsbereiche-und-planungsschrit-9f3c0d2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